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ANNUAL EEO PUBLIC FILE REPORT</w:t>
      </w:r>
    </w:p>
    <w:p>
      <w:pPr>
        <w:jc w:val="center"/>
      </w:pPr>
      <w:r>
        <w:rPr>
          <w:b/>
          <w:sz w:val="22"/>
        </w:rPr>
        <w:t>Better Newspapers Inc.</w:t>
      </w:r>
    </w:p>
    <w:p>
      <w:pPr>
        <w:jc w:val="center"/>
      </w:pPr>
      <w:r>
        <w:rPr>
          <w:b/>
          <w:sz w:val="22"/>
        </w:rPr>
        <w:t>KKDY-FM / KSPQ-FM / KUPH-FM / KUKU-FM / KWPM-AM</w:t>
      </w:r>
    </w:p>
    <w:p>
      <w:pPr>
        <w:jc w:val="center"/>
      </w:pPr>
      <w:r>
        <w:rPr>
          <w:b/>
          <w:sz w:val="21"/>
        </w:rPr>
        <w:t>October 1, 2025 - September 30, 2026</w:t>
      </w:r>
    </w:p>
    <w:p>
      <w:r>
        <w:t>The purpose of this Annual EEO Public File Report ("Report") is to document the EEO recruitment activity of the Station Employment Unit comprised of KKDY-FM, KSPQ-FM, KUPH-FM, KUKU-FM, and KWPM-AM in accordance with Section 73.2080(c)(6) of the FCC rules. The information in this Report covers the period October 1, 2025, through September 30, 2026. This Report is maintained in the stations' public inspection files and posted on the stations' website as applicable.</w:t>
      </w:r>
    </w:p>
    <w:p>
      <w:r>
        <w:rPr>
          <w:b/>
          <w:sz w:val="24"/>
        </w:rPr>
        <w:t>I. FULL-TIME VACANCIES FILLED</w:t>
      </w:r>
    </w:p>
    <w:tbl>
      <w:tblPr>
        <w:tblStyle w:val="TableGrid"/>
        <w:tblW w:type="auto" w:w="0"/>
        <w:jc w:val="center"/>
        <w:tblLayout w:type="autofit"/>
        <w:tblLook w:firstColumn="1" w:firstRow="1" w:lastColumn="0" w:lastRow="0" w:noHBand="0" w:noVBand="1" w:val="04A0"/>
      </w:tblPr>
      <w:tblGrid>
        <w:gridCol w:w="2045"/>
        <w:gridCol w:w="2045"/>
        <w:gridCol w:w="2045"/>
        <w:gridCol w:w="2045"/>
        <w:gridCol w:w="2045"/>
      </w:tblGrid>
      <w:tr>
        <w:trPr>
          <w:tblHeader w:val="true"/>
        </w:trPr>
        <w:tc>
          <w:tcPr>
            <w:tcW w:type="dxa" w:w="2045"/>
            <w:shd w:fill="D9E2F3"/>
          </w:tcPr>
          <w:p>
            <w:r>
              <w:rPr>
                <w:b/>
                <w:sz w:val="17"/>
              </w:rPr>
              <w:t>Vacancy #</w:t>
            </w:r>
          </w:p>
        </w:tc>
        <w:tc>
          <w:tcPr>
            <w:tcW w:type="dxa" w:w="2045"/>
            <w:shd w:fill="D9E2F3"/>
          </w:tcPr>
          <w:p>
            <w:r>
              <w:rPr>
                <w:b/>
                <w:sz w:val="17"/>
              </w:rPr>
              <w:t>Job Title</w:t>
            </w:r>
          </w:p>
        </w:tc>
        <w:tc>
          <w:tcPr>
            <w:tcW w:type="dxa" w:w="2045"/>
            <w:shd w:fill="D9E2F3"/>
          </w:tcPr>
          <w:p>
            <w:r>
              <w:rPr>
                <w:b/>
                <w:sz w:val="17"/>
              </w:rPr>
              <w:t>Start Date</w:t>
            </w:r>
          </w:p>
        </w:tc>
        <w:tc>
          <w:tcPr>
            <w:tcW w:type="dxa" w:w="2045"/>
            <w:shd w:fill="D9E2F3"/>
          </w:tcPr>
          <w:p>
            <w:r>
              <w:rPr>
                <w:b/>
                <w:sz w:val="17"/>
              </w:rPr>
              <w:t>Recruitment Sources Used</w:t>
            </w:r>
          </w:p>
        </w:tc>
        <w:tc>
          <w:tcPr>
            <w:tcW w:type="dxa" w:w="2045"/>
            <w:shd w:fill="D9E2F3"/>
          </w:tcPr>
          <w:p>
            <w:r>
              <w:rPr>
                <w:b/>
                <w:sz w:val="17"/>
              </w:rPr>
              <w:t>Source Referring Hiree</w:t>
            </w:r>
          </w:p>
        </w:tc>
      </w:tr>
      <w:tr>
        <w:tc>
          <w:tcPr>
            <w:tcW w:type="dxa" w:w="2045"/>
            <w:vAlign w:val="top"/>
          </w:tcPr>
          <w:p>
            <w:r>
              <w:rPr>
                <w:sz w:val="16"/>
              </w:rPr>
              <w:t>1</w:t>
            </w:r>
          </w:p>
        </w:tc>
        <w:tc>
          <w:tcPr>
            <w:tcW w:type="dxa" w:w="2045"/>
            <w:vAlign w:val="top"/>
          </w:tcPr>
          <w:p>
            <w:r>
              <w:rPr>
                <w:sz w:val="16"/>
              </w:rPr>
              <w:t>Inside Sales Representative</w:t>
            </w:r>
          </w:p>
        </w:tc>
        <w:tc>
          <w:tcPr>
            <w:tcW w:type="dxa" w:w="2045"/>
            <w:vAlign w:val="top"/>
          </w:tcPr>
          <w:p>
            <w:r>
              <w:rPr>
                <w:sz w:val="16"/>
              </w:rPr>
              <w:t>12/11/2025</w:t>
            </w:r>
          </w:p>
        </w:tc>
        <w:tc>
          <w:tcPr>
            <w:tcW w:type="dxa" w:w="2045"/>
            <w:vAlign w:val="top"/>
          </w:tcPr>
          <w:p>
            <w:r>
              <w:rPr>
                <w:sz w:val="16"/>
              </w:rPr>
              <w:t>Indeed; Ozark Horse Trader; On-Air Recruitment Advertising – KKDY-FM / KSPQ-FM / KUPH-FM / KUKU-FM / KWPM-AM; OzarkRadioNews.com</w:t>
            </w:r>
          </w:p>
        </w:tc>
        <w:tc>
          <w:tcPr>
            <w:tcW w:type="dxa" w:w="2045"/>
            <w:vAlign w:val="top"/>
          </w:tcPr>
          <w:p>
            <w:r>
              <w:rPr>
                <w:sz w:val="16"/>
              </w:rPr>
              <w:t>Ozark Horse Trader</w:t>
            </w:r>
          </w:p>
        </w:tc>
      </w:tr>
      <w:tr>
        <w:tc>
          <w:tcPr>
            <w:tcW w:type="dxa" w:w="2045"/>
            <w:vAlign w:val="top"/>
          </w:tcPr>
          <w:p>
            <w:r>
              <w:rPr>
                <w:sz w:val="16"/>
              </w:rPr>
              <w:t>2</w:t>
            </w:r>
          </w:p>
        </w:tc>
        <w:tc>
          <w:tcPr>
            <w:tcW w:type="dxa" w:w="2045"/>
            <w:vAlign w:val="top"/>
          </w:tcPr>
          <w:p>
            <w:r>
              <w:rPr>
                <w:sz w:val="16"/>
              </w:rPr>
              <w:t>Inside Sales Representative</w:t>
            </w:r>
          </w:p>
        </w:tc>
        <w:tc>
          <w:tcPr>
            <w:tcW w:type="dxa" w:w="2045"/>
            <w:vAlign w:val="top"/>
          </w:tcPr>
          <w:p>
            <w:r>
              <w:rPr>
                <w:sz w:val="16"/>
              </w:rPr>
              <w:t>08/24/2026</w:t>
            </w:r>
          </w:p>
        </w:tc>
        <w:tc>
          <w:tcPr>
            <w:tcW w:type="dxa" w:w="2045"/>
            <w:vAlign w:val="top"/>
          </w:tcPr>
          <w:p>
            <w:r>
              <w:rPr>
                <w:sz w:val="16"/>
              </w:rPr>
              <w:t>Indeed; Ozark Horse Trader; On-Air Recruitment Advertising – KKDY-FM / KSPQ-FM / KUPH-FM / KUKU-FM / KWPM-AM; OzarkRadioNews.com; Facebook – Ozark Radio News and Ozark Marketing Company pages</w:t>
            </w:r>
          </w:p>
        </w:tc>
        <w:tc>
          <w:tcPr>
            <w:tcW w:type="dxa" w:w="2045"/>
            <w:vAlign w:val="top"/>
          </w:tcPr>
          <w:p>
            <w:r>
              <w:rPr>
                <w:sz w:val="16"/>
              </w:rPr>
              <w:t>Facebook</w:t>
            </w:r>
          </w:p>
        </w:tc>
      </w:tr>
      <w:tr>
        <w:tc>
          <w:tcPr>
            <w:tcW w:type="dxa" w:w="2045"/>
            <w:vAlign w:val="top"/>
          </w:tcPr>
          <w:p>
            <w:r>
              <w:rPr>
                <w:sz w:val="16"/>
              </w:rPr>
              <w:t>3</w:t>
            </w:r>
          </w:p>
        </w:tc>
        <w:tc>
          <w:tcPr>
            <w:tcW w:type="dxa" w:w="2045"/>
            <w:vAlign w:val="top"/>
          </w:tcPr>
          <w:p>
            <w:r>
              <w:rPr>
                <w:sz w:val="16"/>
              </w:rPr>
              <w:t>Inside Sales Representative</w:t>
            </w:r>
          </w:p>
        </w:tc>
        <w:tc>
          <w:tcPr>
            <w:tcW w:type="dxa" w:w="2045"/>
            <w:vAlign w:val="top"/>
          </w:tcPr>
          <w:p>
            <w:r>
              <w:rPr>
                <w:sz w:val="16"/>
              </w:rPr>
              <w:t>08/24/2026</w:t>
            </w:r>
          </w:p>
        </w:tc>
        <w:tc>
          <w:tcPr>
            <w:tcW w:type="dxa" w:w="2045"/>
            <w:vAlign w:val="top"/>
          </w:tcPr>
          <w:p>
            <w:r>
              <w:rPr>
                <w:sz w:val="16"/>
              </w:rPr>
              <w:t>Indeed; Ozark Horse Trader; On-Air Recruitment Advertising – KKDY-FM / KSPQ-FM / KUPH-FM / KUKU-FM / KWPM-AM; OzarkRadioNews.com; Facebook – Ozark Radio News and Ozark Marketing Company pages</w:t>
            </w:r>
          </w:p>
        </w:tc>
        <w:tc>
          <w:tcPr>
            <w:tcW w:type="dxa" w:w="2045"/>
            <w:vAlign w:val="top"/>
          </w:tcPr>
          <w:p>
            <w:r>
              <w:rPr>
                <w:sz w:val="16"/>
              </w:rPr>
              <w:t>Facebook</w:t>
            </w:r>
          </w:p>
        </w:tc>
      </w:tr>
      <w:tr>
        <w:tc>
          <w:tcPr>
            <w:tcW w:type="dxa" w:w="2045"/>
            <w:vAlign w:val="top"/>
          </w:tcPr>
          <w:p>
            <w:r>
              <w:rPr>
                <w:sz w:val="16"/>
              </w:rPr>
              <w:t>4</w:t>
            </w:r>
          </w:p>
        </w:tc>
        <w:tc>
          <w:tcPr>
            <w:tcW w:type="dxa" w:w="2045"/>
            <w:vAlign w:val="top"/>
          </w:tcPr>
          <w:p>
            <w:r>
              <w:rPr>
                <w:sz w:val="16"/>
              </w:rPr>
              <w:t>Outside Sales Representative</w:t>
            </w:r>
          </w:p>
        </w:tc>
        <w:tc>
          <w:tcPr>
            <w:tcW w:type="dxa" w:w="2045"/>
            <w:vAlign w:val="top"/>
          </w:tcPr>
          <w:p>
            <w:r>
              <w:rPr>
                <w:sz w:val="16"/>
              </w:rPr>
              <w:t>06/17/2026</w:t>
            </w:r>
          </w:p>
        </w:tc>
        <w:tc>
          <w:tcPr>
            <w:tcW w:type="dxa" w:w="2045"/>
            <w:vAlign w:val="top"/>
          </w:tcPr>
          <w:p>
            <w:r>
              <w:rPr>
                <w:sz w:val="16"/>
              </w:rPr>
              <w:t>On-Air Recruitment Advertising – KKDY-FM / KSPQ-FM / KUPH-FM / KUKU-FM / KWPM-AM; Facebook – Ozark Radio News and Ozark Marketing Company pages; Ozark Horse Trader</w:t>
            </w:r>
          </w:p>
        </w:tc>
        <w:tc>
          <w:tcPr>
            <w:tcW w:type="dxa" w:w="2045"/>
            <w:vAlign w:val="top"/>
          </w:tcPr>
          <w:p>
            <w:r>
              <w:rPr>
                <w:sz w:val="16"/>
              </w:rPr>
              <w:t>Word of Mouth / Personal Referral</w:t>
            </w:r>
          </w:p>
        </w:tc>
      </w:tr>
    </w:tbl>
    <w:p/>
    <w:p>
      <w:r>
        <w:rPr>
          <w:b/>
          <w:sz w:val="24"/>
        </w:rPr>
        <w:t>II. MASTER RECRUITMENT SOURCE LIST</w:t>
      </w:r>
    </w:p>
    <w:tbl>
      <w:tblPr>
        <w:tblStyle w:val="TableGrid"/>
        <w:tblW w:type="auto" w:w="0"/>
        <w:jc w:val="center"/>
        <w:tblLook w:firstColumn="1" w:firstRow="1" w:lastColumn="0" w:lastRow="0" w:noHBand="0" w:noVBand="1" w:val="04A0"/>
      </w:tblPr>
      <w:tblGrid>
        <w:gridCol w:w="3408"/>
        <w:gridCol w:w="3408"/>
        <w:gridCol w:w="3408"/>
      </w:tblGrid>
      <w:tr>
        <w:tc>
          <w:tcPr>
            <w:tcW w:type="dxa" w:w="648"/>
            <w:vAlign w:val="center"/>
          </w:tcPr>
          <w:p>
            <w:r>
              <w:rPr>
                <w:b/>
                <w:sz w:val="17"/>
              </w:rPr>
              <w:t>RS #</w:t>
            </w:r>
          </w:p>
        </w:tc>
        <w:tc>
          <w:tcPr>
            <w:tcW w:type="dxa" w:w="8424"/>
            <w:vAlign w:val="center"/>
          </w:tcPr>
          <w:p>
            <w:r>
              <w:rPr>
                <w:b/>
                <w:sz w:val="17"/>
              </w:rPr>
              <w:t>Recruitment Source / Contact Information</w:t>
            </w:r>
          </w:p>
        </w:tc>
        <w:tc>
          <w:tcPr>
            <w:tcW w:type="dxa" w:w="1440"/>
            <w:vAlign w:val="center"/>
          </w:tcPr>
          <w:p>
            <w:r>
              <w:rPr>
                <w:b/>
                <w:sz w:val="17"/>
              </w:rPr>
              <w:t>Interviewees Referred</w:t>
            </w:r>
          </w:p>
        </w:tc>
      </w:tr>
      <w:tr>
        <w:tc>
          <w:tcPr>
            <w:tcW w:type="dxa" w:w="648"/>
            <w:vAlign w:val="top"/>
          </w:tcPr>
          <w:p>
            <w:r>
              <w:rPr>
                <w:sz w:val="16"/>
              </w:rPr>
              <w:t>1</w:t>
            </w:r>
          </w:p>
        </w:tc>
        <w:tc>
          <w:tcPr>
            <w:tcW w:type="dxa" w:w="8424"/>
            <w:vAlign w:val="top"/>
          </w:tcPr>
          <w:p>
            <w:r/>
            <w:r>
              <w:rPr>
                <w:b/>
                <w:sz w:val="17"/>
              </w:rPr>
              <w:t>All Access Music Group</w:t>
            </w:r>
            <w:r>
              <w:rPr>
                <w:sz w:val="16"/>
              </w:rPr>
              <w:br/>
              <w:t>P.O. Box 6587, Malibu, CA 90264</w:t>
            </w:r>
            <w:r>
              <w:rPr>
                <w:sz w:val="16"/>
              </w:rPr>
              <w:br/>
              <w:t>Phone: 310-457-6616</w:t>
            </w:r>
            <w:r>
              <w:rPr>
                <w:sz w:val="15"/>
              </w:rPr>
              <w:br/>
              <w:t>www.allaccess.com</w:t>
            </w:r>
          </w:p>
        </w:tc>
        <w:tc>
          <w:tcPr>
            <w:tcW w:type="dxa" w:w="1440"/>
            <w:vAlign w:val="top"/>
          </w:tcPr>
          <w:p>
            <w:r>
              <w:t>0</w:t>
            </w:r>
          </w:p>
        </w:tc>
      </w:tr>
      <w:tr>
        <w:tc>
          <w:tcPr>
            <w:tcW w:type="dxa" w:w="648"/>
            <w:vAlign w:val="top"/>
          </w:tcPr>
          <w:p>
            <w:r>
              <w:rPr>
                <w:sz w:val="16"/>
              </w:rPr>
              <w:t>2</w:t>
            </w:r>
          </w:p>
        </w:tc>
        <w:tc>
          <w:tcPr>
            <w:tcW w:type="dxa" w:w="8424"/>
            <w:vAlign w:val="top"/>
          </w:tcPr>
          <w:p>
            <w:r/>
            <w:r>
              <w:rPr>
                <w:b/>
                <w:sz w:val="17"/>
              </w:rPr>
              <w:t>Missouri Broadcasters Association</w:t>
            </w:r>
            <w:r>
              <w:rPr>
                <w:sz w:val="16"/>
              </w:rPr>
              <w:br/>
              <w:t>1025 Northeast Drive, Jefferson City, MO 65109</w:t>
            </w:r>
            <w:r>
              <w:rPr>
                <w:sz w:val="16"/>
              </w:rPr>
              <w:br/>
              <w:t>Phone: 573-636-6692</w:t>
            </w:r>
            <w:r>
              <w:rPr>
                <w:sz w:val="15"/>
              </w:rPr>
              <w:br/>
              <w:t>www.missouribroadcasters.org</w:t>
            </w:r>
          </w:p>
        </w:tc>
        <w:tc>
          <w:tcPr>
            <w:tcW w:type="dxa" w:w="1440"/>
            <w:vAlign w:val="top"/>
          </w:tcPr>
          <w:p>
            <w:r>
              <w:t>0</w:t>
            </w:r>
          </w:p>
        </w:tc>
      </w:tr>
      <w:tr>
        <w:tc>
          <w:tcPr>
            <w:tcW w:type="dxa" w:w="648"/>
            <w:vAlign w:val="top"/>
          </w:tcPr>
          <w:p>
            <w:r>
              <w:rPr>
                <w:sz w:val="16"/>
              </w:rPr>
              <w:t>3</w:t>
            </w:r>
          </w:p>
        </w:tc>
        <w:tc>
          <w:tcPr>
            <w:tcW w:type="dxa" w:w="8424"/>
            <w:vAlign w:val="top"/>
          </w:tcPr>
          <w:p>
            <w:r/>
            <w:r>
              <w:rPr>
                <w:b/>
                <w:sz w:val="17"/>
              </w:rPr>
              <w:t>Missouri State University-West Plains Career Services</w:t>
            </w:r>
            <w:r>
              <w:rPr>
                <w:sz w:val="16"/>
              </w:rPr>
              <w:br/>
              <w:t>128 Garfield Avenue, Lybyer Hall Room 210, West Plains, MO 65775</w:t>
            </w:r>
            <w:r>
              <w:rPr>
                <w:sz w:val="16"/>
              </w:rPr>
              <w:br/>
              <w:t>Phone: 417-255-7230</w:t>
            </w:r>
            <w:r>
              <w:rPr>
                <w:sz w:val="15"/>
              </w:rPr>
              <w:br/>
              <w:t>WPCareer@MissouriState.edu</w:t>
            </w:r>
          </w:p>
        </w:tc>
        <w:tc>
          <w:tcPr>
            <w:tcW w:type="dxa" w:w="1440"/>
            <w:vAlign w:val="top"/>
          </w:tcPr>
          <w:p>
            <w:r>
              <w:t>0</w:t>
            </w:r>
          </w:p>
        </w:tc>
      </w:tr>
      <w:tr>
        <w:tc>
          <w:tcPr>
            <w:tcW w:type="dxa" w:w="648"/>
            <w:vAlign w:val="top"/>
          </w:tcPr>
          <w:p>
            <w:r>
              <w:rPr>
                <w:sz w:val="16"/>
              </w:rPr>
              <w:t>4</w:t>
            </w:r>
          </w:p>
        </w:tc>
        <w:tc>
          <w:tcPr>
            <w:tcW w:type="dxa" w:w="8424"/>
            <w:vAlign w:val="top"/>
          </w:tcPr>
          <w:p>
            <w:r/>
            <w:r>
              <w:rPr>
                <w:b/>
                <w:sz w:val="17"/>
              </w:rPr>
              <w:t>West Plains Job Center</w:t>
            </w:r>
            <w:r>
              <w:rPr>
                <w:sz w:val="16"/>
              </w:rPr>
              <w:br/>
              <w:t>408 Washington Avenue, Suite 100, West Plains, MO 65775</w:t>
            </w:r>
            <w:r>
              <w:rPr>
                <w:sz w:val="16"/>
              </w:rPr>
              <w:br/>
              <w:t>Phone: 417-256-3158</w:t>
            </w:r>
            <w:r>
              <w:rPr>
                <w:sz w:val="15"/>
              </w:rPr>
              <w:br/>
              <w:t>westplains@dhewd.mo.gov</w:t>
            </w:r>
          </w:p>
        </w:tc>
        <w:tc>
          <w:tcPr>
            <w:tcW w:type="dxa" w:w="1440"/>
            <w:vAlign w:val="top"/>
          </w:tcPr>
          <w:p>
            <w:r>
              <w:t>0</w:t>
            </w:r>
          </w:p>
        </w:tc>
      </w:tr>
      <w:tr>
        <w:tc>
          <w:tcPr>
            <w:tcW w:type="dxa" w:w="648"/>
            <w:vAlign w:val="top"/>
          </w:tcPr>
          <w:p>
            <w:r>
              <w:rPr>
                <w:sz w:val="16"/>
              </w:rPr>
              <w:t>5</w:t>
            </w:r>
          </w:p>
        </w:tc>
        <w:tc>
          <w:tcPr>
            <w:tcW w:type="dxa" w:w="8424"/>
            <w:vAlign w:val="top"/>
          </w:tcPr>
          <w:p>
            <w:r/>
            <w:r>
              <w:rPr>
                <w:b/>
                <w:sz w:val="17"/>
              </w:rPr>
              <w:t>Indeed</w:t>
            </w:r>
            <w:r>
              <w:rPr>
                <w:sz w:val="16"/>
              </w:rPr>
              <w:br/>
              <w:t>200 W. 6th Street, Austin, TX 78701</w:t>
            </w:r>
            <w:r>
              <w:rPr>
                <w:sz w:val="16"/>
              </w:rPr>
              <w:br/>
              <w:t>Phone: 800-462-5842</w:t>
            </w:r>
            <w:r>
              <w:rPr>
                <w:sz w:val="15"/>
              </w:rPr>
              <w:br/>
              <w:t>www.indeed.com</w:t>
            </w:r>
          </w:p>
        </w:tc>
        <w:tc>
          <w:tcPr>
            <w:tcW w:type="dxa" w:w="1440"/>
            <w:vAlign w:val="top"/>
          </w:tcPr>
          <w:p>
            <w:r>
              <w:t>0</w:t>
            </w:r>
          </w:p>
        </w:tc>
      </w:tr>
      <w:tr>
        <w:tc>
          <w:tcPr>
            <w:tcW w:type="dxa" w:w="648"/>
            <w:vAlign w:val="top"/>
          </w:tcPr>
          <w:p>
            <w:r>
              <w:rPr>
                <w:sz w:val="16"/>
              </w:rPr>
              <w:t>6</w:t>
            </w:r>
          </w:p>
        </w:tc>
        <w:tc>
          <w:tcPr>
            <w:tcW w:type="dxa" w:w="8424"/>
            <w:vAlign w:val="top"/>
          </w:tcPr>
          <w:p>
            <w:r/>
            <w:r>
              <w:rPr>
                <w:b/>
                <w:sz w:val="17"/>
              </w:rPr>
              <w:t>OzarkRadioNews.com</w:t>
            </w:r>
            <w:r>
              <w:rPr>
                <w:sz w:val="16"/>
              </w:rPr>
              <w:br/>
              <w:t>983 E US Hwy 160, West Plains, MO 65775</w:t>
            </w:r>
            <w:r>
              <w:rPr>
                <w:sz w:val="16"/>
              </w:rPr>
              <w:br/>
              <w:t>Phone: 417-256-3131</w:t>
            </w:r>
            <w:r>
              <w:rPr>
                <w:sz w:val="15"/>
              </w:rPr>
              <w:br/>
              <w:t>www.ozarkradionews.com</w:t>
            </w:r>
          </w:p>
        </w:tc>
        <w:tc>
          <w:tcPr>
            <w:tcW w:type="dxa" w:w="1440"/>
            <w:vAlign w:val="top"/>
          </w:tcPr>
          <w:p>
            <w:r>
              <w:t>5</w:t>
            </w:r>
          </w:p>
        </w:tc>
      </w:tr>
      <w:tr>
        <w:tc>
          <w:tcPr>
            <w:tcW w:type="dxa" w:w="648"/>
            <w:vAlign w:val="top"/>
          </w:tcPr>
          <w:p>
            <w:r>
              <w:rPr>
                <w:sz w:val="16"/>
              </w:rPr>
              <w:t>7</w:t>
            </w:r>
          </w:p>
        </w:tc>
        <w:tc>
          <w:tcPr>
            <w:tcW w:type="dxa" w:w="8424"/>
            <w:vAlign w:val="top"/>
          </w:tcPr>
          <w:p>
            <w:r/>
            <w:r>
              <w:rPr>
                <w:b/>
                <w:sz w:val="17"/>
              </w:rPr>
              <w:t>Ozark Horse Trader</w:t>
            </w:r>
            <w:r>
              <w:rPr>
                <w:sz w:val="16"/>
              </w:rPr>
              <w:br/>
              <w:t>P.O. Box 807 / 983 E US Hwy 160, West Plains, MO 65775</w:t>
            </w:r>
            <w:r>
              <w:rPr>
                <w:sz w:val="16"/>
              </w:rPr>
              <w:br/>
              <w:t>Phone: 417-256-2445</w:t>
            </w:r>
            <w:r>
              <w:rPr>
                <w:sz w:val="15"/>
              </w:rPr>
              <w:br/>
              <w:t>www.ozarkhorsetrader.com</w:t>
            </w:r>
          </w:p>
        </w:tc>
        <w:tc>
          <w:tcPr>
            <w:tcW w:type="dxa" w:w="1440"/>
            <w:vAlign w:val="top"/>
          </w:tcPr>
          <w:p>
            <w:r>
              <w:t>4</w:t>
            </w:r>
          </w:p>
        </w:tc>
      </w:tr>
      <w:tr>
        <w:tc>
          <w:tcPr>
            <w:tcW w:type="dxa" w:w="648"/>
            <w:vAlign w:val="top"/>
          </w:tcPr>
          <w:p>
            <w:r>
              <w:rPr>
                <w:sz w:val="16"/>
              </w:rPr>
              <w:t>8</w:t>
            </w:r>
          </w:p>
        </w:tc>
        <w:tc>
          <w:tcPr>
            <w:tcW w:type="dxa" w:w="8424"/>
            <w:vAlign w:val="top"/>
          </w:tcPr>
          <w:p>
            <w:r/>
            <w:r>
              <w:rPr>
                <w:b/>
                <w:sz w:val="17"/>
              </w:rPr>
              <w:t>Better Newspapers Inc. / Ozark Marketing Company</w:t>
            </w:r>
            <w:r>
              <w:rPr>
                <w:sz w:val="16"/>
              </w:rPr>
              <w:br/>
              <w:t>983 E US Hwy 160, West Plains, MO 65775</w:t>
            </w:r>
            <w:r>
              <w:rPr>
                <w:sz w:val="16"/>
              </w:rPr>
              <w:br/>
              <w:t>Phone: 417-256-3131</w:t>
            </w:r>
            <w:r>
              <w:rPr>
                <w:sz w:val="15"/>
              </w:rPr>
              <w:br/>
              <w:t>www.ozarkmarketingcompany.com</w:t>
            </w:r>
          </w:p>
        </w:tc>
        <w:tc>
          <w:tcPr>
            <w:tcW w:type="dxa" w:w="1440"/>
            <w:vAlign w:val="top"/>
          </w:tcPr>
          <w:p>
            <w:r>
              <w:t>0</w:t>
            </w:r>
          </w:p>
        </w:tc>
      </w:tr>
      <w:tr>
        <w:tc>
          <w:tcPr>
            <w:tcW w:type="dxa" w:w="648"/>
            <w:vAlign w:val="top"/>
          </w:tcPr>
          <w:p>
            <w:r>
              <w:rPr>
                <w:sz w:val="16"/>
              </w:rPr>
              <w:t>9</w:t>
            </w:r>
          </w:p>
        </w:tc>
        <w:tc>
          <w:tcPr>
            <w:tcW w:type="dxa" w:w="8424"/>
            <w:vAlign w:val="top"/>
          </w:tcPr>
          <w:p>
            <w:r/>
            <w:r>
              <w:rPr>
                <w:b/>
                <w:sz w:val="17"/>
              </w:rPr>
              <w:t>RADIO ONLINE</w:t>
            </w:r>
            <w:r>
              <w:rPr>
                <w:sz w:val="16"/>
              </w:rPr>
              <w:br/>
              <w:t>3500 Tripp Ave, Amarillo, TX 79121-1637</w:t>
            </w:r>
            <w:r>
              <w:rPr>
                <w:sz w:val="16"/>
              </w:rPr>
              <w:br/>
              <w:t>Phone: No public phone listed</w:t>
            </w:r>
            <w:r>
              <w:rPr>
                <w:sz w:val="15"/>
              </w:rPr>
              <w:br/>
              <w:t>support@radioonline.com / www.radio-online.com</w:t>
            </w:r>
          </w:p>
        </w:tc>
        <w:tc>
          <w:tcPr>
            <w:tcW w:type="dxa" w:w="1440"/>
            <w:vAlign w:val="top"/>
          </w:tcPr>
          <w:p>
            <w:r>
              <w:t>0</w:t>
            </w:r>
          </w:p>
        </w:tc>
      </w:tr>
      <w:tr>
        <w:tc>
          <w:tcPr>
            <w:tcW w:type="dxa" w:w="648"/>
            <w:vAlign w:val="top"/>
          </w:tcPr>
          <w:p>
            <w:r>
              <w:rPr>
                <w:sz w:val="16"/>
              </w:rPr>
              <w:t>10</w:t>
            </w:r>
          </w:p>
        </w:tc>
        <w:tc>
          <w:tcPr>
            <w:tcW w:type="dxa" w:w="8424"/>
            <w:vAlign w:val="top"/>
          </w:tcPr>
          <w:p>
            <w:r/>
            <w:r>
              <w:rPr>
                <w:b/>
                <w:sz w:val="17"/>
              </w:rPr>
              <w:t>MediaGigNow / Broadcast1Source</w:t>
            </w:r>
            <w:r>
              <w:rPr>
                <w:sz w:val="16"/>
              </w:rPr>
              <w:br/>
              <w:t>5000 Crossmill Rd., McLeansville, NC 27301</w:t>
            </w:r>
            <w:r>
              <w:rPr>
                <w:sz w:val="16"/>
              </w:rPr>
              <w:br/>
              <w:t>Phone: 336-553-0620</w:t>
            </w:r>
            <w:r>
              <w:rPr>
                <w:sz w:val="15"/>
              </w:rPr>
              <w:br/>
              <w:t>customerservice@mediagignow.com / www.mediagignow.com</w:t>
            </w:r>
          </w:p>
        </w:tc>
        <w:tc>
          <w:tcPr>
            <w:tcW w:type="dxa" w:w="1440"/>
            <w:vAlign w:val="top"/>
          </w:tcPr>
          <w:p>
            <w:r>
              <w:t>0</w:t>
            </w:r>
          </w:p>
        </w:tc>
      </w:tr>
      <w:tr>
        <w:tc>
          <w:tcPr>
            <w:tcW w:type="dxa" w:w="648"/>
            <w:vAlign w:val="top"/>
          </w:tcPr>
          <w:p>
            <w:r>
              <w:rPr>
                <w:sz w:val="16"/>
              </w:rPr>
              <w:t>11</w:t>
            </w:r>
          </w:p>
        </w:tc>
        <w:tc>
          <w:tcPr>
            <w:tcW w:type="dxa" w:w="8424"/>
            <w:vAlign w:val="top"/>
          </w:tcPr>
          <w:p>
            <w:r/>
            <w:r>
              <w:rPr>
                <w:b/>
                <w:sz w:val="17"/>
              </w:rPr>
              <w:t>National Association of Farm Broadcasting</w:t>
            </w:r>
            <w:r>
              <w:rPr>
                <w:sz w:val="16"/>
              </w:rPr>
              <w:br/>
              <w:t>1100 Platte Falls Road / P.O. Box 500, Platte City, MO 64079</w:t>
            </w:r>
            <w:r>
              <w:rPr>
                <w:sz w:val="16"/>
              </w:rPr>
              <w:br/>
              <w:t>Phone: 816-431-4032</w:t>
            </w:r>
            <w:r>
              <w:rPr>
                <w:sz w:val="15"/>
              </w:rPr>
              <w:br/>
              <w:t>www.nafb.com</w:t>
            </w:r>
          </w:p>
        </w:tc>
        <w:tc>
          <w:tcPr>
            <w:tcW w:type="dxa" w:w="1440"/>
            <w:vAlign w:val="top"/>
          </w:tcPr>
          <w:p>
            <w:r>
              <w:t>0</w:t>
            </w:r>
          </w:p>
        </w:tc>
      </w:tr>
      <w:tr>
        <w:tc>
          <w:tcPr>
            <w:tcW w:type="dxa" w:w="648"/>
            <w:vAlign w:val="top"/>
          </w:tcPr>
          <w:p>
            <w:r>
              <w:rPr>
                <w:sz w:val="16"/>
              </w:rPr>
              <w:t>12</w:t>
            </w:r>
          </w:p>
        </w:tc>
        <w:tc>
          <w:tcPr>
            <w:tcW w:type="dxa" w:w="8424"/>
            <w:vAlign w:val="top"/>
          </w:tcPr>
          <w:p>
            <w:r/>
            <w:r>
              <w:rPr>
                <w:b/>
                <w:sz w:val="17"/>
              </w:rPr>
              <w:t>Word of Mouth / Personal Referral</w:t>
            </w:r>
            <w:r>
              <w:rPr>
                <w:sz w:val="16"/>
              </w:rPr>
              <w:br/>
              <w:t>Not applicable - personal referral source</w:t>
            </w:r>
            <w:r>
              <w:rPr>
                <w:sz w:val="16"/>
              </w:rPr>
              <w:br/>
              <w:t>Phone: Not applicable</w:t>
            </w:r>
          </w:p>
        </w:tc>
        <w:tc>
          <w:tcPr>
            <w:tcW w:type="dxa" w:w="1440"/>
            <w:vAlign w:val="top"/>
          </w:tcPr>
          <w:p>
            <w:r>
              <w:t>1</w:t>
            </w:r>
          </w:p>
        </w:tc>
      </w:tr>
      <w:tr>
        <w:tc>
          <w:tcPr>
            <w:tcW w:type="dxa" w:w="648"/>
            <w:vAlign w:val="top"/>
          </w:tcPr>
          <w:p>
            <w:r>
              <w:rPr>
                <w:sz w:val="16"/>
              </w:rPr>
              <w:t>13</w:t>
            </w:r>
          </w:p>
        </w:tc>
        <w:tc>
          <w:tcPr>
            <w:tcW w:type="dxa" w:w="8424"/>
            <w:vAlign w:val="top"/>
          </w:tcPr>
          <w:p>
            <w:r/>
            <w:r>
              <w:rPr>
                <w:b/>
                <w:sz w:val="17"/>
              </w:rPr>
              <w:t>Direct Applicant / Walk-In</w:t>
            </w:r>
            <w:r>
              <w:rPr>
                <w:sz w:val="16"/>
              </w:rPr>
              <w:br/>
              <w:t>Ozark Marketing Company, 983 E US Hwy 160, West Plains, MO 65775</w:t>
            </w:r>
            <w:r>
              <w:rPr>
                <w:sz w:val="16"/>
              </w:rPr>
              <w:br/>
              <w:t>Phone: 417-256-3131</w:t>
            </w:r>
          </w:p>
        </w:tc>
        <w:tc>
          <w:tcPr>
            <w:tcW w:type="dxa" w:w="1440"/>
            <w:vAlign w:val="top"/>
          </w:tcPr>
          <w:p>
            <w:r>
              <w:t>0</w:t>
            </w:r>
          </w:p>
        </w:tc>
      </w:tr>
      <w:tr>
        <w:tc>
          <w:tcPr>
            <w:tcW w:type="dxa" w:w="648"/>
            <w:vAlign w:val="top"/>
          </w:tcPr>
          <w:p>
            <w:r>
              <w:rPr>
                <w:sz w:val="16"/>
              </w:rPr>
              <w:t>14</w:t>
            </w:r>
          </w:p>
        </w:tc>
        <w:tc>
          <w:tcPr>
            <w:tcW w:type="dxa" w:w="8424"/>
            <w:vAlign w:val="top"/>
          </w:tcPr>
          <w:p>
            <w:r/>
            <w:r>
              <w:rPr>
                <w:b/>
                <w:sz w:val="17"/>
              </w:rPr>
              <w:t>Local High School / Career Education Programs</w:t>
            </w:r>
            <w:r>
              <w:rPr>
                <w:sz w:val="16"/>
              </w:rPr>
              <w:br/>
              <w:t>Various local schools and career education programs</w:t>
            </w:r>
            <w:r>
              <w:rPr>
                <w:sz w:val="16"/>
              </w:rPr>
              <w:br/>
              <w:t>Phone: Varies by institution</w:t>
            </w:r>
            <w:r>
              <w:rPr>
                <w:sz w:val="15"/>
              </w:rPr>
              <w:br/>
              <w:t>Use specific school contact information when a school is used for a vacancy</w:t>
            </w:r>
          </w:p>
        </w:tc>
        <w:tc>
          <w:tcPr>
            <w:tcW w:type="dxa" w:w="1440"/>
            <w:vAlign w:val="top"/>
          </w:tcPr>
          <w:p>
            <w:r>
              <w:t>0</w:t>
            </w:r>
          </w:p>
        </w:tc>
      </w:tr>
      <w:tr>
        <w:tc>
          <w:tcPr>
            <w:tcW w:type="dxa" w:w="648"/>
            <w:vAlign w:val="top"/>
          </w:tcPr>
          <w:p>
            <w:r>
              <w:rPr>
                <w:sz w:val="16"/>
              </w:rPr>
              <w:t>15</w:t>
            </w:r>
          </w:p>
        </w:tc>
        <w:tc>
          <w:tcPr>
            <w:tcW w:type="dxa" w:w="8424"/>
            <w:vAlign w:val="top"/>
          </w:tcPr>
          <w:p>
            <w:r/>
            <w:r>
              <w:rPr>
                <w:b/>
                <w:sz w:val="17"/>
              </w:rPr>
              <w:t>Other Regional College / Workforce Sources</w:t>
            </w:r>
            <w:r>
              <w:rPr>
                <w:sz w:val="16"/>
              </w:rPr>
              <w:br/>
              <w:t>Various regional colleges and workforce organizations</w:t>
            </w:r>
            <w:r>
              <w:rPr>
                <w:sz w:val="16"/>
              </w:rPr>
              <w:br/>
              <w:t>Phone: Varies by institution</w:t>
            </w:r>
            <w:r>
              <w:rPr>
                <w:sz w:val="15"/>
              </w:rPr>
              <w:br/>
              <w:t>Use specific organization contact information when used for a vacancy</w:t>
            </w:r>
          </w:p>
        </w:tc>
        <w:tc>
          <w:tcPr>
            <w:tcW w:type="dxa" w:w="1440"/>
            <w:vAlign w:val="top"/>
          </w:tcPr>
          <w:p>
            <w:r>
              <w:t>0</w:t>
            </w:r>
          </w:p>
        </w:tc>
      </w:tr>
      <w:tr>
        <w:tc>
          <w:tcPr>
            <w:tcW w:type="dxa" w:w="648"/>
            <w:vAlign w:val="top"/>
          </w:tcPr>
          <w:p>
            <w:r>
              <w:rPr>
                <w:sz w:val="16"/>
              </w:rPr>
              <w:t>16</w:t>
            </w:r>
          </w:p>
        </w:tc>
        <w:tc>
          <w:tcPr>
            <w:tcW w:type="dxa" w:w="8424"/>
            <w:vAlign w:val="top"/>
          </w:tcPr>
          <w:p>
            <w:r/>
            <w:r>
              <w:rPr>
                <w:b/>
                <w:sz w:val="17"/>
              </w:rPr>
              <w:t>Facebook - Ozark Radio News and Ozark Marketing Company Pages</w:t>
            </w:r>
            <w:r>
              <w:rPr>
                <w:sz w:val="16"/>
              </w:rPr>
              <w:br/>
              <w:t>Ozark Marketing Company, 983 E US Hwy 160, West Plains, MO 65775</w:t>
            </w:r>
            <w:r>
              <w:rPr>
                <w:sz w:val="16"/>
              </w:rPr>
              <w:br/>
              <w:t>Phone: 417-256-3131</w:t>
            </w:r>
            <w:r>
              <w:rPr>
                <w:sz w:val="15"/>
              </w:rPr>
              <w:br/>
              <w:t>Facebook pages: Ozark Radio News / Ozark Marketing Company</w:t>
            </w:r>
          </w:p>
        </w:tc>
        <w:tc>
          <w:tcPr>
            <w:tcW w:type="dxa" w:w="1440"/>
            <w:vAlign w:val="top"/>
          </w:tcPr>
          <w:p>
            <w:r>
              <w:t>2</w:t>
            </w:r>
          </w:p>
        </w:tc>
      </w:tr>
      <w:tr>
        <w:tc>
          <w:tcPr>
            <w:tcW w:type="dxa" w:w="648"/>
            <w:vAlign w:val="top"/>
          </w:tcPr>
          <w:p>
            <w:r>
              <w:rPr>
                <w:sz w:val="16"/>
              </w:rPr>
              <w:t>17</w:t>
            </w:r>
          </w:p>
        </w:tc>
        <w:tc>
          <w:tcPr>
            <w:tcW w:type="dxa" w:w="8424"/>
            <w:vAlign w:val="top"/>
          </w:tcPr>
          <w:p>
            <w:r/>
            <w:r>
              <w:rPr>
                <w:b/>
                <w:sz w:val="17"/>
              </w:rPr>
              <w:t>On-Air Recruitment Advertising - KKDY-FM / KSPQ-FM / KUPH-FM / KUKU-FM / KWPM-AM</w:t>
            </w:r>
            <w:r>
              <w:rPr>
                <w:sz w:val="16"/>
              </w:rPr>
              <w:br/>
              <w:t>Ozark Marketing Company, 983 E US Hwy 160, West Plains, MO 65775</w:t>
            </w:r>
            <w:r>
              <w:rPr>
                <w:sz w:val="16"/>
              </w:rPr>
              <w:br/>
              <w:t>Phone: 417-256-3131</w:t>
            </w:r>
            <w:r>
              <w:rPr>
                <w:sz w:val="15"/>
              </w:rPr>
              <w:br/>
              <w:t>Station employment unit recruitment advertising</w:t>
            </w:r>
          </w:p>
        </w:tc>
        <w:tc>
          <w:tcPr>
            <w:tcW w:type="dxa" w:w="1440"/>
            <w:vAlign w:val="top"/>
          </w:tcPr>
          <w:p>
            <w:r>
              <w:t>3</w:t>
            </w:r>
          </w:p>
        </w:tc>
      </w:tr>
      <w:tr>
        <w:tc>
          <w:tcPr>
            <w:tcW w:type="dxa" w:w="648"/>
            <w:vAlign w:val="top"/>
          </w:tcPr>
          <w:p>
            <w:r>
              <w:rPr>
                <w:sz w:val="16"/>
              </w:rPr>
            </w:r>
          </w:p>
        </w:tc>
        <w:tc>
          <w:tcPr>
            <w:tcW w:type="dxa" w:w="8424"/>
            <w:vAlign w:val="top"/>
          </w:tcPr>
          <w:p>
            <w:r>
              <w:rPr>
                <w:b/>
              </w:rPr>
              <w:t>TOTAL INTERVIEWEES</w:t>
            </w:r>
          </w:p>
        </w:tc>
        <w:tc>
          <w:tcPr>
            <w:tcW w:type="dxa" w:w="1440"/>
            <w:vAlign w:val="top"/>
          </w:tcPr>
          <w:p>
            <w:r>
              <w:t>15</w:t>
            </w:r>
          </w:p>
        </w:tc>
      </w:tr>
    </w:tbl>
    <w:p/>
    <w:p/>
    <w:p>
      <w:pPr/>
      <w:r>
        <w:t>Interview-source totals reflect the referral source reported for each interviewee during the reporting period, including the Outside Sales Representative hired through a word-of-mouth/personal referral.</w:t>
      </w:r>
    </w:p>
    <w:p>
      <w:r>
        <w:rPr>
          <w:b/>
          <w:sz w:val="24"/>
        </w:rPr>
        <w:t>III. RECRUITMENT INITIATIVES</w:t>
      </w:r>
    </w:p>
    <w:p>
      <w:r>
        <w:t>During the reporting period, the Station Employment Unit undertook continuing outreach and recruitment initiatives designed to inform community members about careers in broadcasting and related media work and to broaden awareness of employment opportunities.</w:t>
      </w:r>
    </w:p>
    <w:p>
      <w:r>
        <w:t>Station Tours: Throughout the reporting period, the Station Employment Unit hosted station tours for students and community members. Station personnel provided visitors with exposure to radio broadcasting, news, sales, production, digital media, and station operations and discussed career opportunities in broadcasting.</w:t>
      </w:r>
    </w:p>
    <w:p>
      <w:r>
        <w:t>Job Shadowing and School Outreach: The Station Employment Unit provided job-shadow and school-outreach opportunities during the reporting period, allowing participants to observe broadcasting and related media work and learn about careers in the industry. On March 23, 2026, Anna Bradford participated in an outreach activity with Mountain View Schools from 8:00 a.m. to 12:00 p.m. On June 18, 2026, a job-shadow activity involving Bob Lankford was conducted.</w:t>
      </w:r>
    </w:p>
    <w:p>
      <w:pPr/>
      <w:r>
        <w:t>Career Day and Internship/Job Shadow Program/Tours: Ozark Marketing Company participated in career-day activities and offered internship, job-shadow, and station-tour opportunities to area schools. Outreach included West Plains High School, South Central Career Center, Howell Valley Middle School, Willow Springs High School, Mountain View High School, Thayer High School, Dora High School, Gainesville High School, Houston High School, Mountain Grove High School, Cabool High School, and Eminence/Winona High School.</w:t>
      </w:r>
    </w:p>
    <w:p>
      <w:pPr/>
      <w:r>
        <w:t>Traffic Department Training and Mentoring: Beginning July 10, 2026, employee Shirley Hutchison began structured training and mentoring to assume responsibility for the Traffic Department. Her ongoing training has included instruction from former General Manager Crystal Cook, Market President Jim Lambert, and Marketron trainers. The training is designed to develop the operational and technical skills required to manage the department, and Hutchison has since assumed Traffic Department responsibilities.</w:t>
      </w:r>
    </w:p>
    <w:p>
      <w:pPr/>
      <w:r>
        <w:t>Video Streaming Training and Mentoring: During the week of September 14, 2026, employee Dylan Groves received hands-on training and mentoring in video streaming operations from Market President Jim Lambert. The training was designed to develop Groves' technical and operational skills so that he can eventually assume responsibility for the company's video streaming operations currently handled by Lambert.</w:t>
      </w:r>
    </w:p>
    <w:p>
      <w:r>
        <w:t>Area Job Fairs: Station representatives participated in multiple job fairs in the surrounding area during the reporting period. These events provided opportunities to discuss broadcasting and media careers, explain available employment opportunities, and meet prospective applicants. For example, on March 26, 2026, Jim Lambert represented the Station Employment Unit at a West Plains Job Center hiring event held from 2:00 p.m. to 4:00 p.m. at the West Plains Public Library, 750 Broadway, West Plains, Missouri. Ozark Radio News also publicized the event in a March 25, 2026 local-news article, helping promote the hiring event to the community.</w:t>
      </w:r>
    </w:p>
    <w:p>
      <w:r>
        <w:rPr>
          <w:b/>
        </w:rPr>
        <w:t xml:space="preserve">Job Fair Promotional Partnerships: </w:t>
      </w:r>
      <w:r>
        <w:t>The Station Employment Unit also partnered with area job fairs by using its media platforms to promote and market the events to the public, helping increase awareness of local employment and career-development opportunities.</w:t>
      </w:r>
    </w:p>
    <w:p>
      <w:r>
        <w:rPr>
          <w:i/>
        </w:rPr>
        <w:t>Report period concluded September 30, 2026.</w:t>
      </w:r>
    </w:p>
    <w:sectPr w:rsidR="00FC693F" w:rsidRPr="0006063C" w:rsidSect="00034616">
      <w:footerReference w:type="default" r:id="rId9"/>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Better Newspapers Inc. | Annual EEO Public File Report | 2025-2026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